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85" w:rsidRPr="00A02809" w:rsidRDefault="00A50685" w:rsidP="00A50685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02809">
        <w:rPr>
          <w:rFonts w:ascii="Times New Roman" w:hAnsi="Times New Roman" w:cs="Times New Roman"/>
          <w:color w:val="auto"/>
          <w:sz w:val="24"/>
          <w:szCs w:val="24"/>
        </w:rPr>
        <w:t>INDO-TIBETAN BORDER POLICE FORCE</w:t>
      </w:r>
    </w:p>
    <w:p w:rsidR="00A50685" w:rsidRPr="00A02809" w:rsidRDefault="00A50685" w:rsidP="00A50685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809">
        <w:rPr>
          <w:rFonts w:ascii="Times New Roman" w:hAnsi="Times New Roman" w:cs="Times New Roman"/>
          <w:b/>
          <w:sz w:val="24"/>
          <w:szCs w:val="24"/>
        </w:rPr>
        <w:t>DIRECTORATE GENERAL (PROCUREMENT DIRECTORATE</w:t>
      </w:r>
      <w:proofErr w:type="gramStart"/>
      <w:r w:rsidRPr="00A02809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A02809">
        <w:rPr>
          <w:rFonts w:ascii="Times New Roman" w:hAnsi="Times New Roman" w:cs="Times New Roman"/>
          <w:b/>
          <w:sz w:val="24"/>
          <w:szCs w:val="24"/>
        </w:rPr>
        <w:br/>
      </w:r>
      <w:r w:rsidRPr="00A02809">
        <w:rPr>
          <w:rFonts w:ascii="Times New Roman" w:hAnsi="Times New Roman" w:cs="Times New Roman"/>
          <w:sz w:val="24"/>
          <w:szCs w:val="24"/>
        </w:rPr>
        <w:t xml:space="preserve">Block-2, CGO Complex, </w:t>
      </w:r>
      <w:proofErr w:type="spellStart"/>
      <w:r w:rsidRPr="00A02809">
        <w:rPr>
          <w:rFonts w:ascii="Times New Roman" w:hAnsi="Times New Roman" w:cs="Times New Roman"/>
          <w:sz w:val="24"/>
          <w:szCs w:val="24"/>
        </w:rPr>
        <w:t>Lodhi</w:t>
      </w:r>
      <w:proofErr w:type="spellEnd"/>
      <w:r w:rsidRPr="00A02809">
        <w:rPr>
          <w:rFonts w:ascii="Times New Roman" w:hAnsi="Times New Roman" w:cs="Times New Roman"/>
          <w:sz w:val="24"/>
          <w:szCs w:val="24"/>
        </w:rPr>
        <w:t xml:space="preserve"> Road, New Delhi – 110003</w:t>
      </w:r>
    </w:p>
    <w:p w:rsidR="00A50685" w:rsidRPr="00A02809" w:rsidRDefault="00A50685" w:rsidP="00A50685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02809">
        <w:rPr>
          <w:rFonts w:ascii="Times New Roman" w:hAnsi="Times New Roman" w:cs="Times New Roman"/>
          <w:color w:val="auto"/>
          <w:sz w:val="24"/>
          <w:szCs w:val="24"/>
        </w:rPr>
        <w:t>TENDER NOTICE FOR PUBLICATION IN INDIAN TRADE JOURNAL</w:t>
      </w:r>
    </w:p>
    <w:tbl>
      <w:tblPr>
        <w:tblStyle w:val="TableGrid"/>
        <w:tblW w:w="0" w:type="auto"/>
        <w:tblLook w:val="04A0"/>
      </w:tblPr>
      <w:tblGrid>
        <w:gridCol w:w="4320"/>
        <w:gridCol w:w="4320"/>
      </w:tblGrid>
      <w:tr w:rsidR="00A50685" w:rsidRPr="00676F9A" w:rsidTr="00C63C41"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Particular</w:t>
            </w:r>
          </w:p>
        </w:tc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</w:tr>
      <w:tr w:rsidR="00A50685" w:rsidRPr="00676F9A" w:rsidTr="00C63C41"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Indo-Tibetan Border Police Force (ITBP)</w:t>
            </w:r>
          </w:p>
        </w:tc>
      </w:tr>
      <w:tr w:rsidR="00A50685" w:rsidRPr="00676F9A" w:rsidTr="00C63C41"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Tender/Bid No.</w:t>
            </w:r>
          </w:p>
        </w:tc>
        <w:tc>
          <w:tcPr>
            <w:tcW w:w="4320" w:type="dxa"/>
          </w:tcPr>
          <w:p w:rsidR="00A50685" w:rsidRPr="00676F9A" w:rsidRDefault="00A50685" w:rsidP="00A5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GEM/2026/B/7964758</w:t>
            </w:r>
          </w:p>
        </w:tc>
      </w:tr>
      <w:tr w:rsidR="00A50685" w:rsidRPr="00676F9A" w:rsidTr="00C63C41"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Name of Item</w:t>
            </w:r>
          </w:p>
        </w:tc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High Altitude Tent with integrated heating system for 10-12 M, 8-10 M, 4-5 M</w:t>
            </w:r>
          </w:p>
        </w:tc>
      </w:tr>
      <w:tr w:rsidR="00A50685" w:rsidRPr="00676F9A" w:rsidTr="00C63C41"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 Nos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0685" w:rsidRPr="00676F9A" w:rsidTr="00C63C41"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Mode of Procurement</w:t>
            </w:r>
          </w:p>
        </w:tc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Open Tender through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50685" w:rsidRPr="00676F9A" w:rsidTr="00C63C41"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Estimated Value</w:t>
            </w:r>
          </w:p>
        </w:tc>
        <w:tc>
          <w:tcPr>
            <w:tcW w:w="4320" w:type="dxa"/>
          </w:tcPr>
          <w:p w:rsidR="00A50685" w:rsidRPr="00676F9A" w:rsidRDefault="00A50685" w:rsidP="00A5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₹ 5,80,12,000/-</w:t>
            </w:r>
          </w:p>
        </w:tc>
      </w:tr>
      <w:tr w:rsidR="00A50685" w:rsidRPr="00676F9A" w:rsidTr="00C63C41"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Bid Publishing Date</w:t>
            </w:r>
          </w:p>
        </w:tc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</w:tr>
      <w:tr w:rsidR="00A50685" w:rsidRPr="00676F9A" w:rsidTr="00C63C41"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Last Date &amp; Time for Submission of Bids</w:t>
            </w:r>
          </w:p>
        </w:tc>
        <w:tc>
          <w:tcPr>
            <w:tcW w:w="4320" w:type="dxa"/>
          </w:tcPr>
          <w:p w:rsidR="00A50685" w:rsidRPr="00676F9A" w:rsidRDefault="00A50685" w:rsidP="00A5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07.09.2026 at 14:00 Hrs.</w:t>
            </w:r>
          </w:p>
        </w:tc>
      </w:tr>
      <w:tr w:rsidR="00A50685" w:rsidRPr="00676F9A" w:rsidTr="00C63C41"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Date &amp; Time of Opening of Bids</w:t>
            </w:r>
          </w:p>
        </w:tc>
        <w:tc>
          <w:tcPr>
            <w:tcW w:w="4320" w:type="dxa"/>
          </w:tcPr>
          <w:p w:rsidR="00A50685" w:rsidRPr="00676F9A" w:rsidRDefault="00A50685" w:rsidP="00A5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07.09.2026 at 14:30 Hrs.</w:t>
            </w:r>
          </w:p>
        </w:tc>
      </w:tr>
      <w:tr w:rsidR="00A50685" w:rsidRPr="00676F9A" w:rsidTr="00C63C41"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 Bid meeting</w:t>
            </w:r>
          </w:p>
        </w:tc>
        <w:tc>
          <w:tcPr>
            <w:tcW w:w="4320" w:type="dxa"/>
          </w:tcPr>
          <w:p w:rsidR="00A50685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01.09.26 at 11:00 Hrs.</w:t>
            </w:r>
          </w:p>
        </w:tc>
      </w:tr>
      <w:tr w:rsidR="00A50685" w:rsidRPr="00676F9A" w:rsidTr="00C63C41"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QR/Specification</w:t>
            </w:r>
          </w:p>
        </w:tc>
        <w:tc>
          <w:tcPr>
            <w:tcW w:w="4320" w:type="dxa"/>
          </w:tcPr>
          <w:p w:rsidR="00A50685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0685" w:rsidRPr="00676F9A" w:rsidTr="00C63C41"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Eligibility Criteria</w:t>
            </w:r>
          </w:p>
        </w:tc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As per the Bid Document available on the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Portal.</w:t>
            </w:r>
          </w:p>
        </w:tc>
      </w:tr>
      <w:tr w:rsidR="00A50685" w:rsidRPr="00676F9A" w:rsidTr="00C63C41"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 Documents</w:t>
            </w:r>
          </w:p>
        </w:tc>
        <w:tc>
          <w:tcPr>
            <w:tcW w:w="4320" w:type="dxa"/>
          </w:tcPr>
          <w:p w:rsidR="00A50685" w:rsidRPr="00676F9A" w:rsidRDefault="00A50685" w:rsidP="00C63C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The complete bid document, specifications, eligibility criteria, terms &amp; conditions and other details are available on the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 Portal.</w:t>
            </w:r>
          </w:p>
        </w:tc>
      </w:tr>
      <w:tr w:rsidR="00A50685" w:rsidRPr="00676F9A" w:rsidTr="00C63C41"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https://gem.gov.in</w:t>
            </w:r>
          </w:p>
        </w:tc>
      </w:tr>
      <w:tr w:rsidR="00A50685" w:rsidRPr="00676F9A" w:rsidTr="00C63C41"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Contact Details</w:t>
            </w:r>
          </w:p>
        </w:tc>
        <w:tc>
          <w:tcPr>
            <w:tcW w:w="4320" w:type="dxa"/>
          </w:tcPr>
          <w:p w:rsidR="00A5068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Deputy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Commandant (Procurement)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Directorate General, ITBP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Block-2, CGO Complex,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Lodhi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Road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New Delhi – 110003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Telephone: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011-24362892 (Etn-356, 255)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procdte@itbp.gov.in</w:t>
            </w:r>
          </w:p>
        </w:tc>
      </w:tr>
    </w:tbl>
    <w:p w:rsidR="00A50685" w:rsidRPr="00D34925" w:rsidRDefault="00A50685" w:rsidP="00A50685">
      <w:pPr>
        <w:jc w:val="both"/>
        <w:rPr>
          <w:rFonts w:ascii="Times New Roman" w:hAnsi="Times New Roman" w:cs="Times New Roman"/>
          <w:sz w:val="10"/>
          <w:szCs w:val="10"/>
        </w:rPr>
      </w:pPr>
    </w:p>
    <w:p w:rsidR="00A50685" w:rsidRPr="00676F9A" w:rsidRDefault="00A50685" w:rsidP="00A50685">
      <w:pPr>
        <w:jc w:val="both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 xml:space="preserve">Interested bidders are requested to participate in the bid through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within the stipulated time. Any corrigendum, amendment or clarification issued regarding this tender shall be available only on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and shall be deemed to form part of the tender document.</w:t>
      </w:r>
    </w:p>
    <w:p w:rsidR="00A50685" w:rsidRDefault="00A50685" w:rsidP="00A50685">
      <w:pPr>
        <w:ind w:left="4320" w:right="-1425"/>
        <w:rPr>
          <w:rFonts w:ascii="Times New Roman" w:hAnsi="Times New Roman" w:cs="Times New Roman"/>
          <w:b/>
          <w:sz w:val="24"/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t>For and on behalf of the President of India</w:t>
      </w:r>
      <w:r w:rsidRPr="00676F9A">
        <w:rPr>
          <w:rFonts w:ascii="Times New Roman" w:hAnsi="Times New Roman" w:cs="Times New Roman"/>
          <w:b/>
          <w:sz w:val="24"/>
          <w:szCs w:val="24"/>
        </w:rPr>
        <w:br/>
      </w:r>
    </w:p>
    <w:p w:rsidR="00A50685" w:rsidRDefault="00A50685" w:rsidP="00A50685">
      <w:pPr>
        <w:ind w:left="4320" w:right="-1425"/>
        <w:rPr>
          <w:rFonts w:ascii="Times New Roman" w:hAnsi="Times New Roman" w:cs="Times New Roman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Pr="00676F9A">
        <w:rPr>
          <w:rFonts w:ascii="Times New Roman" w:hAnsi="Times New Roman" w:cs="Times New Roman"/>
          <w:sz w:val="24"/>
          <w:szCs w:val="24"/>
        </w:rPr>
        <w:t>Signature: 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 xml:space="preserve">Name: </w:t>
      </w:r>
      <w:r>
        <w:rPr>
          <w:rFonts w:ascii="Times New Roman" w:hAnsi="Times New Roman" w:cs="Times New Roman"/>
        </w:rPr>
        <w:t xml:space="preserve">Om </w:t>
      </w:r>
      <w:proofErr w:type="spellStart"/>
      <w:r>
        <w:rPr>
          <w:rFonts w:ascii="Times New Roman" w:hAnsi="Times New Roman" w:cs="Times New Roman"/>
        </w:rPr>
        <w:t>Prakash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Tewari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br/>
        <w:t>Designation</w:t>
      </w:r>
      <w:r w:rsidRPr="00726CC3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AC </w:t>
      </w:r>
      <w:r w:rsidRPr="00726CC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O</w:t>
      </w:r>
      <w:r w:rsidRPr="00726CC3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Proc., </w:t>
      </w:r>
      <w:proofErr w:type="spellStart"/>
      <w:r>
        <w:rPr>
          <w:rFonts w:ascii="Times New Roman" w:hAnsi="Times New Roman" w:cs="Times New Roman"/>
        </w:rPr>
        <w:t>Dte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Genl.</w:t>
      </w:r>
      <w:proofErr w:type="gramEnd"/>
      <w:r w:rsidRPr="00726CC3">
        <w:rPr>
          <w:rFonts w:ascii="Times New Roman" w:hAnsi="Times New Roman" w:cs="Times New Roman"/>
        </w:rPr>
        <w:t xml:space="preserve">  ITBP</w:t>
      </w:r>
    </w:p>
    <w:p w:rsidR="00A50685" w:rsidRDefault="00A50685" w:rsidP="00A50685">
      <w:pPr>
        <w:ind w:left="4320" w:right="-1425"/>
        <w:rPr>
          <w:szCs w:val="24"/>
        </w:rPr>
      </w:pPr>
    </w:p>
    <w:p w:rsidR="00A50685" w:rsidRDefault="00A50685" w:rsidP="003032B5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032B5" w:rsidRPr="00A02809" w:rsidRDefault="003032B5" w:rsidP="003032B5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02809">
        <w:rPr>
          <w:rFonts w:ascii="Times New Roman" w:hAnsi="Times New Roman" w:cs="Times New Roman"/>
          <w:color w:val="auto"/>
          <w:sz w:val="24"/>
          <w:szCs w:val="24"/>
        </w:rPr>
        <w:t>INDO-TIBETAN BORDER POLICE FORCE</w:t>
      </w:r>
    </w:p>
    <w:p w:rsidR="003032B5" w:rsidRPr="00A02809" w:rsidRDefault="003032B5" w:rsidP="00303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809">
        <w:rPr>
          <w:rFonts w:ascii="Times New Roman" w:hAnsi="Times New Roman" w:cs="Times New Roman"/>
          <w:b/>
          <w:sz w:val="24"/>
          <w:szCs w:val="24"/>
        </w:rPr>
        <w:t>DIRECTORATE GENERAL (PROCUREMENT DIRECTORATE</w:t>
      </w:r>
      <w:proofErr w:type="gramStart"/>
      <w:r w:rsidRPr="00A02809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A02809">
        <w:rPr>
          <w:rFonts w:ascii="Times New Roman" w:hAnsi="Times New Roman" w:cs="Times New Roman"/>
          <w:b/>
          <w:sz w:val="24"/>
          <w:szCs w:val="24"/>
        </w:rPr>
        <w:br/>
      </w:r>
      <w:r w:rsidRPr="00A02809">
        <w:rPr>
          <w:rFonts w:ascii="Times New Roman" w:hAnsi="Times New Roman" w:cs="Times New Roman"/>
          <w:sz w:val="24"/>
          <w:szCs w:val="24"/>
        </w:rPr>
        <w:t xml:space="preserve">Block-2, CGO Complex, </w:t>
      </w:r>
      <w:proofErr w:type="spellStart"/>
      <w:r w:rsidRPr="00A02809">
        <w:rPr>
          <w:rFonts w:ascii="Times New Roman" w:hAnsi="Times New Roman" w:cs="Times New Roman"/>
          <w:sz w:val="24"/>
          <w:szCs w:val="24"/>
        </w:rPr>
        <w:t>Lodhi</w:t>
      </w:r>
      <w:proofErr w:type="spellEnd"/>
      <w:r w:rsidRPr="00A02809">
        <w:rPr>
          <w:rFonts w:ascii="Times New Roman" w:hAnsi="Times New Roman" w:cs="Times New Roman"/>
          <w:sz w:val="24"/>
          <w:szCs w:val="24"/>
        </w:rPr>
        <w:t xml:space="preserve"> Road, New Delhi – 110003</w:t>
      </w:r>
    </w:p>
    <w:p w:rsidR="003032B5" w:rsidRPr="00A02809" w:rsidRDefault="003032B5" w:rsidP="003032B5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02809">
        <w:rPr>
          <w:rFonts w:ascii="Times New Roman" w:hAnsi="Times New Roman" w:cs="Times New Roman"/>
          <w:color w:val="auto"/>
          <w:sz w:val="24"/>
          <w:szCs w:val="24"/>
        </w:rPr>
        <w:t>TENDER NOTICE FOR PUBLICATION IN INDIAN TRADE JOURNAL</w:t>
      </w:r>
    </w:p>
    <w:tbl>
      <w:tblPr>
        <w:tblStyle w:val="TableGrid"/>
        <w:tblW w:w="0" w:type="auto"/>
        <w:tblLook w:val="04A0"/>
      </w:tblPr>
      <w:tblGrid>
        <w:gridCol w:w="4320"/>
        <w:gridCol w:w="4320"/>
      </w:tblGrid>
      <w:tr w:rsidR="003032B5" w:rsidRPr="00676F9A" w:rsidTr="00C63C41"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Particular</w:t>
            </w:r>
          </w:p>
        </w:tc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</w:tr>
      <w:tr w:rsidR="003032B5" w:rsidRPr="00676F9A" w:rsidTr="00C63C41"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Indo-Tibetan Border Police Force (ITBP)</w:t>
            </w:r>
          </w:p>
        </w:tc>
      </w:tr>
      <w:tr w:rsidR="003032B5" w:rsidRPr="00676F9A" w:rsidTr="00C63C41"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Tender/Bid No.</w:t>
            </w:r>
          </w:p>
        </w:tc>
        <w:tc>
          <w:tcPr>
            <w:tcW w:w="4320" w:type="dxa"/>
          </w:tcPr>
          <w:p w:rsidR="003032B5" w:rsidRPr="00676F9A" w:rsidRDefault="003032B5" w:rsidP="00303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GEM/2026/B/7878519</w:t>
            </w:r>
          </w:p>
        </w:tc>
      </w:tr>
      <w:tr w:rsidR="003032B5" w:rsidRPr="00676F9A" w:rsidTr="00C63C41"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Name of Item</w:t>
            </w:r>
          </w:p>
        </w:tc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Tent Glacier 10-12 Men Complete (Textile Decking) (</w:t>
            </w:r>
            <w:proofErr w:type="spellStart"/>
            <w:r>
              <w:t>Defence</w:t>
            </w:r>
            <w:proofErr w:type="spellEnd"/>
            <w:r>
              <w:t>) (Q3)</w:t>
            </w:r>
          </w:p>
        </w:tc>
      </w:tr>
      <w:tr w:rsidR="003032B5" w:rsidRPr="00676F9A" w:rsidTr="00C63C41"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4320" w:type="dxa"/>
          </w:tcPr>
          <w:p w:rsidR="003032B5" w:rsidRPr="00676F9A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032B5">
              <w:rPr>
                <w:rFonts w:ascii="Times New Roman" w:hAnsi="Times New Roman" w:cs="Times New Roman"/>
                <w:sz w:val="24"/>
                <w:szCs w:val="24"/>
              </w:rPr>
              <w:t xml:space="preserve">  Nos</w:t>
            </w:r>
            <w:r w:rsidR="003032B5" w:rsidRPr="00676F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32B5" w:rsidRPr="00676F9A" w:rsidTr="00C63C41"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Mode of Procurement</w:t>
            </w:r>
          </w:p>
        </w:tc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Open Tender through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032B5" w:rsidRPr="00676F9A" w:rsidTr="00C63C41"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Estimated Value</w:t>
            </w:r>
          </w:p>
        </w:tc>
        <w:tc>
          <w:tcPr>
            <w:tcW w:w="4320" w:type="dxa"/>
          </w:tcPr>
          <w:p w:rsidR="003032B5" w:rsidRPr="00676F9A" w:rsidRDefault="003032B5" w:rsidP="00A5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₹</w:t>
            </w:r>
            <w:r w:rsidR="00A50685">
              <w:t xml:space="preserve"> 13,77,813</w:t>
            </w:r>
            <w:r>
              <w:t>/-</w:t>
            </w:r>
          </w:p>
        </w:tc>
      </w:tr>
      <w:tr w:rsidR="003032B5" w:rsidRPr="00676F9A" w:rsidTr="00C63C41"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Bid Publishing Date</w:t>
            </w:r>
          </w:p>
        </w:tc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25.8.2026</w:t>
            </w:r>
          </w:p>
        </w:tc>
      </w:tr>
      <w:tr w:rsidR="003032B5" w:rsidRPr="00676F9A" w:rsidTr="00C63C41"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Last Date &amp; Time for Submission of Bids</w:t>
            </w:r>
          </w:p>
        </w:tc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15.09.2026 at 17:00 Hrs.</w:t>
            </w:r>
          </w:p>
        </w:tc>
      </w:tr>
      <w:tr w:rsidR="003032B5" w:rsidRPr="00676F9A" w:rsidTr="00C63C41"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Date &amp; Time of Opening of Bids</w:t>
            </w:r>
          </w:p>
        </w:tc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15.09.2026 at 17:30 Hrs.</w:t>
            </w:r>
          </w:p>
        </w:tc>
      </w:tr>
      <w:tr w:rsidR="003032B5" w:rsidRPr="00676F9A" w:rsidTr="00C63C41"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 Bid meeting</w:t>
            </w:r>
          </w:p>
        </w:tc>
        <w:tc>
          <w:tcPr>
            <w:tcW w:w="4320" w:type="dxa"/>
          </w:tcPr>
          <w:p w:rsidR="003032B5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032B5">
              <w:rPr>
                <w:rFonts w:ascii="Times New Roman" w:hAnsi="Times New Roman" w:cs="Times New Roman"/>
                <w:sz w:val="24"/>
                <w:szCs w:val="24"/>
              </w:rPr>
              <w:t>.09.26 at 11:00 Hrs.</w:t>
            </w:r>
          </w:p>
        </w:tc>
      </w:tr>
      <w:tr w:rsidR="003032B5" w:rsidRPr="00676F9A" w:rsidTr="00C63C41"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QR/Specification</w:t>
            </w:r>
          </w:p>
        </w:tc>
        <w:tc>
          <w:tcPr>
            <w:tcW w:w="4320" w:type="dxa"/>
          </w:tcPr>
          <w:p w:rsidR="003032B5" w:rsidRDefault="00A5068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DMSRDE/T&amp;GS/93/408(b)</w:t>
            </w:r>
          </w:p>
        </w:tc>
      </w:tr>
      <w:tr w:rsidR="003032B5" w:rsidRPr="00676F9A" w:rsidTr="00C63C41"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Eligibility Criteria</w:t>
            </w:r>
          </w:p>
        </w:tc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As per the Bid Document available on the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Portal.</w:t>
            </w:r>
          </w:p>
        </w:tc>
      </w:tr>
      <w:tr w:rsidR="003032B5" w:rsidRPr="00676F9A" w:rsidTr="00C63C41"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 Documents</w:t>
            </w:r>
          </w:p>
        </w:tc>
        <w:tc>
          <w:tcPr>
            <w:tcW w:w="4320" w:type="dxa"/>
          </w:tcPr>
          <w:p w:rsidR="003032B5" w:rsidRPr="00676F9A" w:rsidRDefault="003032B5" w:rsidP="00A50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The complete bid document, specifications, eligibility criteria, terms &amp; conditions and other details are available on the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 Portal.</w:t>
            </w:r>
          </w:p>
        </w:tc>
      </w:tr>
      <w:tr w:rsidR="003032B5" w:rsidRPr="00676F9A" w:rsidTr="00C63C41"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https://gem.gov.in</w:t>
            </w:r>
          </w:p>
        </w:tc>
      </w:tr>
      <w:tr w:rsidR="003032B5" w:rsidRPr="00676F9A" w:rsidTr="00C63C41"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Contact Details</w:t>
            </w:r>
          </w:p>
        </w:tc>
        <w:tc>
          <w:tcPr>
            <w:tcW w:w="4320" w:type="dxa"/>
          </w:tcPr>
          <w:p w:rsidR="003032B5" w:rsidRPr="00676F9A" w:rsidRDefault="003032B5" w:rsidP="00C6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Deputy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Commandant (Procurement)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Directorate General, ITBP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Block-2, CGO Complex,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Lodhi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Road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New Delhi – 110003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Telephone: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011-24362892 (Etn-356, 255)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procdte@itbp.gov.in</w:t>
            </w:r>
          </w:p>
        </w:tc>
      </w:tr>
    </w:tbl>
    <w:p w:rsidR="003032B5" w:rsidRPr="00D34925" w:rsidRDefault="003032B5" w:rsidP="003032B5">
      <w:pPr>
        <w:jc w:val="both"/>
        <w:rPr>
          <w:rFonts w:ascii="Times New Roman" w:hAnsi="Times New Roman" w:cs="Times New Roman"/>
          <w:sz w:val="10"/>
          <w:szCs w:val="10"/>
        </w:rPr>
      </w:pPr>
    </w:p>
    <w:p w:rsidR="003032B5" w:rsidRPr="00676F9A" w:rsidRDefault="003032B5" w:rsidP="003032B5">
      <w:pPr>
        <w:jc w:val="both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 xml:space="preserve">Interested bidders are requested to participate in the bid through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within the stipulated time. Any corrigendum, amendment or clarification issued regarding this tender shall be available only on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and shall be deemed to form part of the tender document.</w:t>
      </w:r>
    </w:p>
    <w:p w:rsidR="003032B5" w:rsidRDefault="003032B5" w:rsidP="003032B5">
      <w:pPr>
        <w:ind w:left="4320" w:right="-1425"/>
        <w:rPr>
          <w:rFonts w:ascii="Times New Roman" w:hAnsi="Times New Roman" w:cs="Times New Roman"/>
          <w:b/>
          <w:sz w:val="24"/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t>For and on behalf of the President of India</w:t>
      </w:r>
      <w:r w:rsidRPr="00676F9A">
        <w:rPr>
          <w:rFonts w:ascii="Times New Roman" w:hAnsi="Times New Roman" w:cs="Times New Roman"/>
          <w:b/>
          <w:sz w:val="24"/>
          <w:szCs w:val="24"/>
        </w:rPr>
        <w:br/>
      </w:r>
    </w:p>
    <w:p w:rsidR="00A50685" w:rsidRDefault="00A50685" w:rsidP="00A50685">
      <w:pPr>
        <w:ind w:left="4320" w:right="-1425"/>
        <w:rPr>
          <w:rFonts w:ascii="Times New Roman" w:hAnsi="Times New Roman" w:cs="Times New Roman"/>
        </w:rPr>
      </w:pPr>
      <w:r w:rsidRPr="00676F9A">
        <w:rPr>
          <w:rFonts w:ascii="Times New Roman" w:hAnsi="Times New Roman" w:cs="Times New Roman"/>
          <w:sz w:val="24"/>
          <w:szCs w:val="24"/>
        </w:rPr>
        <w:t>Signature: 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 xml:space="preserve">Name: </w:t>
      </w:r>
      <w:r>
        <w:rPr>
          <w:rFonts w:ascii="Times New Roman" w:hAnsi="Times New Roman" w:cs="Times New Roman"/>
        </w:rPr>
        <w:t xml:space="preserve">Om </w:t>
      </w:r>
      <w:proofErr w:type="spellStart"/>
      <w:r>
        <w:rPr>
          <w:rFonts w:ascii="Times New Roman" w:hAnsi="Times New Roman" w:cs="Times New Roman"/>
        </w:rPr>
        <w:t>Prakash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Tewari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br/>
        <w:t>Designation</w:t>
      </w:r>
      <w:r w:rsidRPr="00726CC3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AC </w:t>
      </w:r>
      <w:r w:rsidRPr="00726CC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O</w:t>
      </w:r>
      <w:r w:rsidRPr="00726CC3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Proc., </w:t>
      </w:r>
      <w:proofErr w:type="spellStart"/>
      <w:r>
        <w:rPr>
          <w:rFonts w:ascii="Times New Roman" w:hAnsi="Times New Roman" w:cs="Times New Roman"/>
        </w:rPr>
        <w:t>Dte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Genl.</w:t>
      </w:r>
      <w:proofErr w:type="gramEnd"/>
      <w:r w:rsidRPr="00726CC3">
        <w:rPr>
          <w:rFonts w:ascii="Times New Roman" w:hAnsi="Times New Roman" w:cs="Times New Roman"/>
        </w:rPr>
        <w:t xml:space="preserve">  ITBP</w:t>
      </w:r>
    </w:p>
    <w:p w:rsidR="00BD7B27" w:rsidRDefault="00BD7B27" w:rsidP="00BF66DB">
      <w:pPr>
        <w:ind w:left="4320" w:right="-1425"/>
        <w:rPr>
          <w:szCs w:val="24"/>
        </w:rPr>
      </w:pPr>
    </w:p>
    <w:p w:rsidR="00BD7B27" w:rsidRPr="00A02809" w:rsidRDefault="00BD7B27" w:rsidP="00BD7B27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02809">
        <w:rPr>
          <w:rFonts w:ascii="Times New Roman" w:hAnsi="Times New Roman" w:cs="Times New Roman"/>
          <w:color w:val="auto"/>
          <w:sz w:val="24"/>
          <w:szCs w:val="24"/>
        </w:rPr>
        <w:lastRenderedPageBreak/>
        <w:t>INDO-TIBETAN BORDER POLICE FORCE</w:t>
      </w:r>
    </w:p>
    <w:p w:rsidR="00BD7B27" w:rsidRPr="00A02809" w:rsidRDefault="00BD7B27" w:rsidP="00BD7B27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809">
        <w:rPr>
          <w:rFonts w:ascii="Times New Roman" w:hAnsi="Times New Roman" w:cs="Times New Roman"/>
          <w:b/>
          <w:sz w:val="24"/>
          <w:szCs w:val="24"/>
        </w:rPr>
        <w:t>DIRECTORATE GENERAL (PROCUREMENT DIRECTORATE</w:t>
      </w:r>
      <w:proofErr w:type="gramStart"/>
      <w:r w:rsidRPr="00A02809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A02809">
        <w:rPr>
          <w:rFonts w:ascii="Times New Roman" w:hAnsi="Times New Roman" w:cs="Times New Roman"/>
          <w:b/>
          <w:sz w:val="24"/>
          <w:szCs w:val="24"/>
        </w:rPr>
        <w:br/>
      </w:r>
      <w:r w:rsidRPr="00A02809">
        <w:rPr>
          <w:rFonts w:ascii="Times New Roman" w:hAnsi="Times New Roman" w:cs="Times New Roman"/>
          <w:sz w:val="24"/>
          <w:szCs w:val="24"/>
        </w:rPr>
        <w:t xml:space="preserve">Block-2, CGO Complex, </w:t>
      </w:r>
      <w:proofErr w:type="spellStart"/>
      <w:r w:rsidRPr="00A02809">
        <w:rPr>
          <w:rFonts w:ascii="Times New Roman" w:hAnsi="Times New Roman" w:cs="Times New Roman"/>
          <w:sz w:val="24"/>
          <w:szCs w:val="24"/>
        </w:rPr>
        <w:t>Lodhi</w:t>
      </w:r>
      <w:proofErr w:type="spellEnd"/>
      <w:r w:rsidRPr="00A02809">
        <w:rPr>
          <w:rFonts w:ascii="Times New Roman" w:hAnsi="Times New Roman" w:cs="Times New Roman"/>
          <w:sz w:val="24"/>
          <w:szCs w:val="24"/>
        </w:rPr>
        <w:t xml:space="preserve"> Road, New Delhi – 110003</w:t>
      </w:r>
    </w:p>
    <w:p w:rsidR="00BD7B27" w:rsidRPr="00A02809" w:rsidRDefault="00BD7B27" w:rsidP="00BD7B27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02809">
        <w:rPr>
          <w:rFonts w:ascii="Times New Roman" w:hAnsi="Times New Roman" w:cs="Times New Roman"/>
          <w:color w:val="auto"/>
          <w:sz w:val="24"/>
          <w:szCs w:val="24"/>
        </w:rPr>
        <w:t>TENDER NOTICE FOR PUBLICATION IN INDIAN TRADE JOURNAL</w:t>
      </w:r>
    </w:p>
    <w:tbl>
      <w:tblPr>
        <w:tblStyle w:val="TableGrid"/>
        <w:tblW w:w="0" w:type="auto"/>
        <w:tblLook w:val="04A0"/>
      </w:tblPr>
      <w:tblGrid>
        <w:gridCol w:w="4320"/>
        <w:gridCol w:w="4320"/>
      </w:tblGrid>
      <w:tr w:rsidR="00BD7B27" w:rsidRPr="00676F9A" w:rsidTr="004A12BC"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Particular</w:t>
            </w:r>
          </w:p>
        </w:tc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</w:tr>
      <w:tr w:rsidR="00BD7B27" w:rsidRPr="00676F9A" w:rsidTr="004A12BC"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Indo-Tibetan Border Police Force (ITBP)</w:t>
            </w:r>
          </w:p>
        </w:tc>
      </w:tr>
      <w:tr w:rsidR="00BD7B27" w:rsidRPr="00676F9A" w:rsidTr="004A12BC"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Tender/Bid No.</w:t>
            </w:r>
          </w:p>
        </w:tc>
        <w:tc>
          <w:tcPr>
            <w:tcW w:w="4320" w:type="dxa"/>
          </w:tcPr>
          <w:p w:rsidR="00BD7B27" w:rsidRPr="00676F9A" w:rsidRDefault="00BD7B27" w:rsidP="00E13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GEM/2026/B/78</w:t>
            </w:r>
            <w:r w:rsidR="00E13C40">
              <w:t>56700</w:t>
            </w:r>
          </w:p>
        </w:tc>
      </w:tr>
      <w:tr w:rsidR="00BD7B27" w:rsidRPr="00676F9A" w:rsidTr="004A12BC"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Name of Item</w:t>
            </w:r>
          </w:p>
        </w:tc>
        <w:tc>
          <w:tcPr>
            <w:tcW w:w="4320" w:type="dxa"/>
          </w:tcPr>
          <w:p w:rsidR="00BD7B27" w:rsidRPr="00676F9A" w:rsidRDefault="00470EFB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Non </w:t>
            </w:r>
            <w:r w:rsidR="00E13C40">
              <w:t>Linear</w:t>
            </w:r>
            <w:r>
              <w:t xml:space="preserve"> Junction Evaluator</w:t>
            </w:r>
          </w:p>
        </w:tc>
      </w:tr>
      <w:tr w:rsidR="00BD7B27" w:rsidRPr="00676F9A" w:rsidTr="004A12BC"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4320" w:type="dxa"/>
          </w:tcPr>
          <w:p w:rsidR="00BD7B27" w:rsidRPr="00676F9A" w:rsidRDefault="00BD7B27" w:rsidP="0047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0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No</w:t>
            </w:r>
            <w:r w:rsidR="00470EF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7B27" w:rsidRPr="00676F9A" w:rsidTr="004A12BC"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Mode of Procurement</w:t>
            </w:r>
          </w:p>
        </w:tc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Open Tender through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D7B27" w:rsidRPr="00676F9A" w:rsidTr="004A12BC"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Estimated Value</w:t>
            </w:r>
          </w:p>
        </w:tc>
        <w:tc>
          <w:tcPr>
            <w:tcW w:w="4320" w:type="dxa"/>
          </w:tcPr>
          <w:p w:rsidR="00BD7B27" w:rsidRPr="00676F9A" w:rsidRDefault="00BD7B27" w:rsidP="0047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₹</w:t>
            </w:r>
            <w:r w:rsidR="00470EFB">
              <w:t>26,99,998</w:t>
            </w:r>
            <w:r>
              <w:t>/-</w:t>
            </w:r>
          </w:p>
        </w:tc>
      </w:tr>
      <w:tr w:rsidR="00BD7B27" w:rsidRPr="00676F9A" w:rsidTr="004A12BC"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Bid Publishing Date</w:t>
            </w:r>
          </w:p>
        </w:tc>
        <w:tc>
          <w:tcPr>
            <w:tcW w:w="4320" w:type="dxa"/>
          </w:tcPr>
          <w:p w:rsidR="00BD7B27" w:rsidRPr="00676F9A" w:rsidRDefault="00E13C40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D7B27">
              <w:rPr>
                <w:rFonts w:ascii="Times New Roman" w:hAnsi="Times New Roman" w:cs="Times New Roman"/>
                <w:sz w:val="24"/>
                <w:szCs w:val="24"/>
              </w:rPr>
              <w:t>.8.2026</w:t>
            </w:r>
          </w:p>
        </w:tc>
      </w:tr>
      <w:tr w:rsidR="00BD7B27" w:rsidRPr="00676F9A" w:rsidTr="004A12BC"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Last Date &amp; Time for Submission of Bids</w:t>
            </w:r>
          </w:p>
        </w:tc>
        <w:tc>
          <w:tcPr>
            <w:tcW w:w="4320" w:type="dxa"/>
          </w:tcPr>
          <w:p w:rsidR="00BD7B27" w:rsidRPr="00676F9A" w:rsidRDefault="00E13C40" w:rsidP="00E13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D7B27">
              <w:rPr>
                <w:rFonts w:ascii="Times New Roman" w:hAnsi="Times New Roman" w:cs="Times New Roman"/>
                <w:sz w:val="24"/>
                <w:szCs w:val="24"/>
              </w:rPr>
              <w:t>.09.2026 at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D7B27">
              <w:rPr>
                <w:rFonts w:ascii="Times New Roman" w:hAnsi="Times New Roman" w:cs="Times New Roman"/>
                <w:sz w:val="24"/>
                <w:szCs w:val="24"/>
              </w:rPr>
              <w:t>:00 Hrs.</w:t>
            </w:r>
          </w:p>
        </w:tc>
      </w:tr>
      <w:tr w:rsidR="00BD7B27" w:rsidRPr="00676F9A" w:rsidTr="004A12BC"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Date &amp; Time of Opening of Bids</w:t>
            </w:r>
          </w:p>
        </w:tc>
        <w:tc>
          <w:tcPr>
            <w:tcW w:w="4320" w:type="dxa"/>
          </w:tcPr>
          <w:p w:rsidR="00BD7B27" w:rsidRPr="00676F9A" w:rsidRDefault="00E13C40" w:rsidP="00E13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D7B27">
              <w:rPr>
                <w:rFonts w:ascii="Times New Roman" w:hAnsi="Times New Roman" w:cs="Times New Roman"/>
                <w:sz w:val="24"/>
                <w:szCs w:val="24"/>
              </w:rPr>
              <w:t>.09.2026 at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D7B27">
              <w:rPr>
                <w:rFonts w:ascii="Times New Roman" w:hAnsi="Times New Roman" w:cs="Times New Roman"/>
                <w:sz w:val="24"/>
                <w:szCs w:val="24"/>
              </w:rPr>
              <w:t>:30 Hrs.</w:t>
            </w:r>
          </w:p>
        </w:tc>
      </w:tr>
      <w:tr w:rsidR="00BD7B27" w:rsidRPr="00676F9A" w:rsidTr="004A12BC"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 Bid meeting</w:t>
            </w:r>
          </w:p>
        </w:tc>
        <w:tc>
          <w:tcPr>
            <w:tcW w:w="4320" w:type="dxa"/>
          </w:tcPr>
          <w:p w:rsidR="00BD7B27" w:rsidRDefault="00470EFB" w:rsidP="0047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D7B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D7B27">
              <w:rPr>
                <w:rFonts w:ascii="Times New Roman" w:hAnsi="Times New Roman" w:cs="Times New Roman"/>
                <w:sz w:val="24"/>
                <w:szCs w:val="24"/>
              </w:rPr>
              <w:t>.26 at 11:00 Hrs.</w:t>
            </w:r>
          </w:p>
        </w:tc>
      </w:tr>
      <w:tr w:rsidR="00BD7B27" w:rsidRPr="00676F9A" w:rsidTr="004A12BC"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QR/Specification</w:t>
            </w:r>
          </w:p>
        </w:tc>
        <w:tc>
          <w:tcPr>
            <w:tcW w:w="4320" w:type="dxa"/>
          </w:tcPr>
          <w:p w:rsidR="00BD7B27" w:rsidRDefault="00470EFB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MHA approved</w:t>
            </w:r>
            <w:r w:rsidR="00E13C40">
              <w:rPr>
                <w:rFonts w:ascii="Times New Roman" w:hAnsi="Times New Roman" w:cs="Times New Roman"/>
                <w:sz w:val="24"/>
                <w:szCs w:val="24"/>
              </w:rPr>
              <w:t xml:space="preserve"> QRs/TDs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No.1934 dated 17.04.2025.</w:t>
            </w:r>
          </w:p>
        </w:tc>
      </w:tr>
      <w:tr w:rsidR="00BD7B27" w:rsidRPr="00676F9A" w:rsidTr="004A12BC"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Eligibility Criteria</w:t>
            </w:r>
          </w:p>
        </w:tc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As per the Bid Document available on the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Portal.</w:t>
            </w:r>
          </w:p>
        </w:tc>
      </w:tr>
      <w:tr w:rsidR="00BD7B27" w:rsidRPr="00676F9A" w:rsidTr="004A12BC"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 Documents</w:t>
            </w:r>
          </w:p>
        </w:tc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The complete bid document, specifications, eligibility criteria, terms &amp; conditions and other details are available on the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 Portal.</w:t>
            </w:r>
          </w:p>
        </w:tc>
      </w:tr>
      <w:tr w:rsidR="00BD7B27" w:rsidRPr="00676F9A" w:rsidTr="004A12BC"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https://gem.gov.in</w:t>
            </w:r>
          </w:p>
        </w:tc>
      </w:tr>
      <w:tr w:rsidR="00BD7B27" w:rsidRPr="00676F9A" w:rsidTr="004A12BC"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Contact Details</w:t>
            </w:r>
          </w:p>
        </w:tc>
        <w:tc>
          <w:tcPr>
            <w:tcW w:w="4320" w:type="dxa"/>
          </w:tcPr>
          <w:p w:rsidR="00BD7B27" w:rsidRPr="00676F9A" w:rsidRDefault="00BD7B27" w:rsidP="004A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Deputy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Commandant (Procurement)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Directorate General, ITBP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Block-2, CGO Complex,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Lodhi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Road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New Delhi – 110003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Telephone: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011-24362892 (Etn-356, 255)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procdte@itbp.gov.in</w:t>
            </w:r>
          </w:p>
        </w:tc>
      </w:tr>
    </w:tbl>
    <w:p w:rsidR="00D34925" w:rsidRPr="00D34925" w:rsidRDefault="00D34925" w:rsidP="00BD7B27">
      <w:pPr>
        <w:jc w:val="both"/>
        <w:rPr>
          <w:rFonts w:ascii="Times New Roman" w:hAnsi="Times New Roman" w:cs="Times New Roman"/>
          <w:sz w:val="10"/>
          <w:szCs w:val="10"/>
        </w:rPr>
      </w:pPr>
    </w:p>
    <w:p w:rsidR="00BD7B27" w:rsidRPr="00676F9A" w:rsidRDefault="00BD7B27" w:rsidP="00BD7B27">
      <w:pPr>
        <w:jc w:val="both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 xml:space="preserve">Interested bidders are requested to participate in the bid through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within the stipulated time. Any corrigendum, amendment or clarification issued regarding this tender shall be available only on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and shall be deemed to form part of the tender document.</w:t>
      </w:r>
    </w:p>
    <w:p w:rsidR="00BD7B27" w:rsidRDefault="00BD7B27" w:rsidP="00BD7B27">
      <w:pPr>
        <w:ind w:left="4320" w:right="-1425"/>
        <w:rPr>
          <w:rFonts w:ascii="Times New Roman" w:hAnsi="Times New Roman" w:cs="Times New Roman"/>
          <w:b/>
          <w:sz w:val="24"/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t>For and on behalf of the President of India</w:t>
      </w:r>
      <w:r w:rsidRPr="00676F9A">
        <w:rPr>
          <w:rFonts w:ascii="Times New Roman" w:hAnsi="Times New Roman" w:cs="Times New Roman"/>
          <w:b/>
          <w:sz w:val="24"/>
          <w:szCs w:val="24"/>
        </w:rPr>
        <w:br/>
      </w:r>
    </w:p>
    <w:p w:rsidR="00840544" w:rsidRDefault="00BD7B27" w:rsidP="00840544">
      <w:pPr>
        <w:ind w:left="4320" w:right="-1425"/>
        <w:rPr>
          <w:rFonts w:ascii="Times New Roman" w:hAnsi="Times New Roman" w:cs="Times New Roman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="00840544" w:rsidRPr="00676F9A">
        <w:rPr>
          <w:rFonts w:ascii="Times New Roman" w:hAnsi="Times New Roman" w:cs="Times New Roman"/>
          <w:sz w:val="24"/>
          <w:szCs w:val="24"/>
        </w:rPr>
        <w:t>Signature: ______________________</w:t>
      </w:r>
      <w:r w:rsidR="00840544" w:rsidRPr="00676F9A">
        <w:rPr>
          <w:rFonts w:ascii="Times New Roman" w:hAnsi="Times New Roman" w:cs="Times New Roman"/>
          <w:sz w:val="24"/>
          <w:szCs w:val="24"/>
        </w:rPr>
        <w:br/>
        <w:t xml:space="preserve">Name: </w:t>
      </w:r>
      <w:r w:rsidR="00840544">
        <w:rPr>
          <w:rFonts w:ascii="Times New Roman" w:hAnsi="Times New Roman" w:cs="Times New Roman"/>
        </w:rPr>
        <w:t xml:space="preserve">Om </w:t>
      </w:r>
      <w:proofErr w:type="spellStart"/>
      <w:r w:rsidR="00840544">
        <w:rPr>
          <w:rFonts w:ascii="Times New Roman" w:hAnsi="Times New Roman" w:cs="Times New Roman"/>
        </w:rPr>
        <w:t>Prakash</w:t>
      </w:r>
      <w:proofErr w:type="spellEnd"/>
      <w:r w:rsidR="00840544">
        <w:rPr>
          <w:rFonts w:ascii="Times New Roman" w:hAnsi="Times New Roman" w:cs="Times New Roman"/>
        </w:rPr>
        <w:t xml:space="preserve"> </w:t>
      </w:r>
      <w:proofErr w:type="spellStart"/>
      <w:r w:rsidR="00840544">
        <w:rPr>
          <w:rFonts w:ascii="Times New Roman" w:hAnsi="Times New Roman" w:cs="Times New Roman"/>
        </w:rPr>
        <w:t>Tewari</w:t>
      </w:r>
      <w:proofErr w:type="spellEnd"/>
      <w:r w:rsidR="00840544" w:rsidRPr="00676F9A">
        <w:rPr>
          <w:rFonts w:ascii="Times New Roman" w:hAnsi="Times New Roman" w:cs="Times New Roman"/>
          <w:sz w:val="24"/>
          <w:szCs w:val="24"/>
        </w:rPr>
        <w:br/>
        <w:t>Designation</w:t>
      </w:r>
      <w:r w:rsidR="00840544" w:rsidRPr="00726CC3">
        <w:rPr>
          <w:rFonts w:ascii="Times New Roman" w:hAnsi="Times New Roman" w:cs="Times New Roman"/>
        </w:rPr>
        <w:t xml:space="preserve">: </w:t>
      </w:r>
      <w:r w:rsidR="00840544">
        <w:rPr>
          <w:rFonts w:ascii="Times New Roman" w:hAnsi="Times New Roman" w:cs="Times New Roman"/>
        </w:rPr>
        <w:t xml:space="preserve">AC </w:t>
      </w:r>
      <w:r w:rsidR="00840544" w:rsidRPr="00726CC3">
        <w:rPr>
          <w:rFonts w:ascii="Times New Roman" w:hAnsi="Times New Roman" w:cs="Times New Roman"/>
        </w:rPr>
        <w:t>(</w:t>
      </w:r>
      <w:r w:rsidR="00840544">
        <w:rPr>
          <w:rFonts w:ascii="Times New Roman" w:hAnsi="Times New Roman" w:cs="Times New Roman"/>
        </w:rPr>
        <w:t>O</w:t>
      </w:r>
      <w:r w:rsidR="00840544" w:rsidRPr="00726CC3">
        <w:rPr>
          <w:rFonts w:ascii="Times New Roman" w:hAnsi="Times New Roman" w:cs="Times New Roman"/>
        </w:rPr>
        <w:t>),</w:t>
      </w:r>
      <w:r w:rsidR="00840544">
        <w:rPr>
          <w:rFonts w:ascii="Times New Roman" w:hAnsi="Times New Roman" w:cs="Times New Roman"/>
        </w:rPr>
        <w:t xml:space="preserve"> Proc., </w:t>
      </w:r>
      <w:proofErr w:type="spellStart"/>
      <w:r w:rsidR="00840544">
        <w:rPr>
          <w:rFonts w:ascii="Times New Roman" w:hAnsi="Times New Roman" w:cs="Times New Roman"/>
        </w:rPr>
        <w:t>Dte</w:t>
      </w:r>
      <w:proofErr w:type="spellEnd"/>
      <w:r w:rsidR="00840544">
        <w:rPr>
          <w:rFonts w:ascii="Times New Roman" w:hAnsi="Times New Roman" w:cs="Times New Roman"/>
        </w:rPr>
        <w:t xml:space="preserve">. </w:t>
      </w:r>
      <w:proofErr w:type="gramStart"/>
      <w:r w:rsidR="00840544">
        <w:rPr>
          <w:rFonts w:ascii="Times New Roman" w:hAnsi="Times New Roman" w:cs="Times New Roman"/>
        </w:rPr>
        <w:t>Genl.</w:t>
      </w:r>
      <w:proofErr w:type="gramEnd"/>
      <w:r w:rsidR="00840544" w:rsidRPr="00726CC3">
        <w:rPr>
          <w:rFonts w:ascii="Times New Roman" w:hAnsi="Times New Roman" w:cs="Times New Roman"/>
        </w:rPr>
        <w:t xml:space="preserve">  ITBP</w:t>
      </w:r>
    </w:p>
    <w:p w:rsidR="00BD7B27" w:rsidRDefault="00BD7B27" w:rsidP="00BF66DB">
      <w:pPr>
        <w:ind w:left="4320" w:right="-1425"/>
        <w:rPr>
          <w:szCs w:val="24"/>
        </w:rPr>
      </w:pPr>
    </w:p>
    <w:sectPr w:rsidR="00BD7B27" w:rsidSect="0035262F">
      <w:pgSz w:w="12240" w:h="15840"/>
      <w:pgMar w:top="426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47730"/>
    <w:rsid w:val="00015CA6"/>
    <w:rsid w:val="00034616"/>
    <w:rsid w:val="0006063C"/>
    <w:rsid w:val="00123E1B"/>
    <w:rsid w:val="001308AB"/>
    <w:rsid w:val="0015074B"/>
    <w:rsid w:val="001A2D0A"/>
    <w:rsid w:val="001E7581"/>
    <w:rsid w:val="00214A5B"/>
    <w:rsid w:val="00243F11"/>
    <w:rsid w:val="0029639D"/>
    <w:rsid w:val="002F4ED5"/>
    <w:rsid w:val="003032B5"/>
    <w:rsid w:val="00326F90"/>
    <w:rsid w:val="00337663"/>
    <w:rsid w:val="0035262F"/>
    <w:rsid w:val="003F232A"/>
    <w:rsid w:val="00470EFB"/>
    <w:rsid w:val="00472BFD"/>
    <w:rsid w:val="00472F0A"/>
    <w:rsid w:val="00485AB7"/>
    <w:rsid w:val="004B2403"/>
    <w:rsid w:val="004E649F"/>
    <w:rsid w:val="00505560"/>
    <w:rsid w:val="005562FB"/>
    <w:rsid w:val="005614AE"/>
    <w:rsid w:val="005F6A7C"/>
    <w:rsid w:val="00640EB1"/>
    <w:rsid w:val="00676F9A"/>
    <w:rsid w:val="0071499F"/>
    <w:rsid w:val="007E1782"/>
    <w:rsid w:val="00840544"/>
    <w:rsid w:val="00882A6F"/>
    <w:rsid w:val="00892213"/>
    <w:rsid w:val="008C2550"/>
    <w:rsid w:val="008E57A4"/>
    <w:rsid w:val="009031B7"/>
    <w:rsid w:val="009707F6"/>
    <w:rsid w:val="00990AA6"/>
    <w:rsid w:val="009A5C9D"/>
    <w:rsid w:val="009D2BD0"/>
    <w:rsid w:val="00A02809"/>
    <w:rsid w:val="00A50685"/>
    <w:rsid w:val="00A63A1A"/>
    <w:rsid w:val="00AA1D8D"/>
    <w:rsid w:val="00B47730"/>
    <w:rsid w:val="00BD517C"/>
    <w:rsid w:val="00BD7B27"/>
    <w:rsid w:val="00BF66DB"/>
    <w:rsid w:val="00C77E23"/>
    <w:rsid w:val="00CB0664"/>
    <w:rsid w:val="00D14D7A"/>
    <w:rsid w:val="00D34925"/>
    <w:rsid w:val="00E13C40"/>
    <w:rsid w:val="00FC4DCF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544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ghtList1">
    <w:name w:val="Light List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1">
    <w:name w:val="Light Grid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1">
    <w:name w:val="Medium Shading 1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1">
    <w:name w:val="Medium List 1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1">
    <w:name w:val="Medium List 2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1">
    <w:name w:val="Medium Grid 1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1">
    <w:name w:val="Medium Grid 2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1">
    <w:name w:val="Dark List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1">
    <w:name w:val="Colorful Shading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1">
    <w:name w:val="Colorful List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1">
    <w:name w:val="Colorful Grid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sselectedend">
    <w:name w:val="isselectedend"/>
    <w:basedOn w:val="Normal"/>
    <w:rsid w:val="00BD7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styleId="Hyperlink">
    <w:name w:val="Hyperlink"/>
    <w:basedOn w:val="DefaultParagraphFont"/>
    <w:uiPriority w:val="99"/>
    <w:semiHidden/>
    <w:unhideWhenUsed/>
    <w:rsid w:val="00BD7B2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7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5EFB3D-5375-4051-8074-CF197E173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4890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PROC.BR</cp:lastModifiedBy>
  <cp:revision>34</cp:revision>
  <cp:lastPrinted>2026-08-28T09:13:00Z</cp:lastPrinted>
  <dcterms:created xsi:type="dcterms:W3CDTF">2013-12-23T23:15:00Z</dcterms:created>
  <dcterms:modified xsi:type="dcterms:W3CDTF">2026-08-28T09:42:00Z</dcterms:modified>
  <cp:category/>
</cp:coreProperties>
</file>